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5A" w:rsidRDefault="00C1115A" w:rsidP="00F52921">
      <w:pPr>
        <w:spacing w:before="6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744B15" w:rsidRPr="00744B15" w:rsidRDefault="00744B15" w:rsidP="00744B1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ru-RU" w:eastAsia="ru-RU"/>
        </w:rPr>
      </w:pPr>
      <w:r w:rsidRPr="00744B1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ru-RU" w:eastAsia="ru-RU"/>
        </w:rPr>
        <w:t xml:space="preserve">*для </w:t>
      </w:r>
      <w:proofErr w:type="spellStart"/>
      <w:r w:rsidRPr="00744B1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ru-RU" w:eastAsia="ru-RU"/>
        </w:rPr>
        <w:t>подання</w:t>
      </w:r>
      <w:proofErr w:type="spellEnd"/>
      <w:r w:rsidRPr="00744B1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ru-RU" w:eastAsia="ru-RU"/>
        </w:rPr>
        <w:t xml:space="preserve"> в </w:t>
      </w:r>
      <w:proofErr w:type="spellStart"/>
      <w:r w:rsidRPr="00744B1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ru-RU" w:eastAsia="ru-RU"/>
        </w:rPr>
        <w:t>паперовому</w:t>
      </w:r>
      <w:proofErr w:type="spellEnd"/>
      <w:r w:rsidRPr="00744B1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ru-RU" w:eastAsia="ru-RU"/>
        </w:rPr>
        <w:t xml:space="preserve"> </w:t>
      </w:r>
      <w:proofErr w:type="spellStart"/>
      <w:r w:rsidRPr="00744B15">
        <w:rPr>
          <w:rFonts w:ascii="Times New Roman" w:eastAsia="Times New Roman" w:hAnsi="Times New Roman" w:cs="Times New Roman"/>
          <w:bCs/>
          <w:color w:val="1F1F1F"/>
          <w:sz w:val="24"/>
          <w:szCs w:val="24"/>
          <w:lang w:val="ru-RU" w:eastAsia="ru-RU"/>
        </w:rPr>
        <w:t>вигляді</w:t>
      </w:r>
      <w:proofErr w:type="spellEnd"/>
    </w:p>
    <w:p w:rsidR="00C1115A" w:rsidRDefault="00C1115A" w:rsidP="00C111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C1115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ru-RU" w:eastAsia="ru-RU"/>
        </w:rPr>
        <w:t>АНКЕТА</w:t>
      </w:r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 </w:t>
      </w:r>
    </w:p>
    <w:p w:rsidR="00C1115A" w:rsidRPr="005978BD" w:rsidRDefault="00C1115A" w:rsidP="00C111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</w:pPr>
      <w:r w:rsidRPr="005978B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пропозицій</w:t>
      </w:r>
      <w:r w:rsidRPr="005978B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 </w:t>
      </w:r>
      <w:r w:rsidRPr="005978B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щодо розроблення Комплексного плану просторового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br/>
      </w:r>
      <w:r w:rsidRPr="005978B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розвитку території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Верхньодніпровської</w:t>
      </w:r>
      <w:r w:rsidRPr="005978B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 міської територіальної громади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Кам’янського</w:t>
      </w:r>
      <w:r w:rsidRPr="005978B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 району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>Дніпропетровської</w:t>
      </w:r>
      <w:r w:rsidRPr="005978BD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uk-UA" w:eastAsia="ru-RU"/>
        </w:rPr>
        <w:t xml:space="preserve"> області</w:t>
      </w:r>
    </w:p>
    <w:p w:rsidR="00C1115A" w:rsidRPr="00C1115A" w:rsidRDefault="00C1115A" w:rsidP="00C1115A">
      <w:pPr>
        <w:shd w:val="clear" w:color="auto" w:fill="FFFFFF"/>
        <w:spacing w:after="0" w:line="300" w:lineRule="atLeast"/>
        <w:rPr>
          <w:rFonts w:eastAsia="Times New Roman" w:cs="Arial"/>
          <w:color w:val="5E5E5E"/>
          <w:spacing w:val="3"/>
          <w:sz w:val="21"/>
          <w:szCs w:val="21"/>
          <w:lang w:val="ru-RU" w:eastAsia="ru-RU"/>
        </w:rPr>
      </w:pPr>
      <w:r w:rsidRPr="005978BD">
        <w:rPr>
          <w:rFonts w:eastAsia="Times New Roman" w:cs="Arial"/>
          <w:color w:val="5E5E5E"/>
          <w:spacing w:val="3"/>
          <w:sz w:val="21"/>
          <w:szCs w:val="21"/>
          <w:lang w:eastAsia="ru-RU"/>
        </w:rPr>
        <w:t> </w:t>
      </w:r>
    </w:p>
    <w:p w:rsidR="00C1115A" w:rsidRPr="005978BD" w:rsidRDefault="00C1115A" w:rsidP="00C1115A">
      <w:pPr>
        <w:shd w:val="clear" w:color="auto" w:fill="FFFFFF"/>
        <w:spacing w:after="180" w:line="300" w:lineRule="atLeast"/>
        <w:rPr>
          <w:rFonts w:ascii="Times New Roman" w:eastAsia="Times New Roman" w:hAnsi="Times New Roman" w:cs="Times New Roman"/>
          <w:color w:val="DB372D"/>
          <w:spacing w:val="3"/>
          <w:sz w:val="28"/>
          <w:szCs w:val="28"/>
          <w:lang w:val="uk-UA" w:eastAsia="ru-RU"/>
        </w:rPr>
      </w:pPr>
      <w:r w:rsidRPr="00C1115A">
        <w:rPr>
          <w:rFonts w:ascii="Times New Roman" w:eastAsia="Times New Roman" w:hAnsi="Times New Roman" w:cs="Times New Roman"/>
          <w:b/>
          <w:color w:val="DB372D"/>
          <w:spacing w:val="3"/>
          <w:sz w:val="32"/>
          <w:szCs w:val="32"/>
          <w:lang w:val="ru-RU" w:eastAsia="ru-RU"/>
        </w:rPr>
        <w:t>*</w:t>
      </w:r>
      <w:r>
        <w:rPr>
          <w:rFonts w:ascii="Times New Roman" w:eastAsia="Times New Roman" w:hAnsi="Times New Roman" w:cs="Times New Roman"/>
          <w:color w:val="DB372D"/>
          <w:spacing w:val="3"/>
          <w:sz w:val="28"/>
          <w:szCs w:val="28"/>
          <w:lang w:val="uk-UA" w:eastAsia="ru-RU"/>
        </w:rPr>
        <w:t xml:space="preserve"> </w:t>
      </w:r>
      <w:r w:rsidRPr="005978BD">
        <w:rPr>
          <w:rFonts w:ascii="Times New Roman" w:eastAsia="Times New Roman" w:hAnsi="Times New Roman" w:cs="Times New Roman"/>
          <w:color w:val="DB372D"/>
          <w:spacing w:val="3"/>
          <w:sz w:val="28"/>
          <w:szCs w:val="28"/>
          <w:lang w:val="uk-UA" w:eastAsia="ru-RU"/>
        </w:rPr>
        <w:t>Обов’язкові питання</w:t>
      </w:r>
    </w:p>
    <w:p w:rsidR="00C1115A" w:rsidRPr="003F462C" w:rsidRDefault="00C1115A" w:rsidP="00C1115A">
      <w:pPr>
        <w:shd w:val="clear" w:color="auto" w:fill="FFFFFF"/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</w:pPr>
      <w:r w:rsidRPr="00C1115A"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ru-RU" w:eastAsia="ru-RU"/>
        </w:rPr>
        <w:t>1</w:t>
      </w:r>
      <w:r w:rsidRPr="00BE6B6B"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uk-UA" w:eastAsia="ru-RU"/>
        </w:rPr>
        <w:t xml:space="preserve">. </w:t>
      </w:r>
      <w:r w:rsidRPr="00BE6B6B"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uk-UA" w:eastAsia="ru-RU"/>
        </w:rPr>
        <w:tab/>
      </w:r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Ваше </w:t>
      </w:r>
      <w:proofErr w:type="spellStart"/>
      <w:proofErr w:type="gram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пр</w:t>
      </w:r>
      <w:proofErr w:type="gram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ізвище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ім’я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та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по-батькові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:</w:t>
      </w:r>
      <w:r w:rsidRPr="00C1115A"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ru-RU" w:eastAsia="ru-RU"/>
        </w:rPr>
        <w:t>*</w:t>
      </w:r>
      <w:r>
        <w:rPr>
          <w:rFonts w:ascii="Times New Roman" w:eastAsia="Times New Roman" w:hAnsi="Times New Roman" w:cs="Times New Roman"/>
          <w:color w:val="DB372D"/>
          <w:spacing w:val="3"/>
          <w:sz w:val="28"/>
          <w:szCs w:val="28"/>
          <w:lang w:val="uk-UA" w:eastAsia="ru-RU"/>
        </w:rPr>
        <w:t xml:space="preserve"> </w:t>
      </w:r>
      <w:r w:rsidRPr="003F462C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____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</w:t>
      </w:r>
      <w:r w:rsidRPr="003F462C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__________________________</w:t>
      </w:r>
    </w:p>
    <w:p w:rsidR="00C1115A" w:rsidRPr="005978BD" w:rsidRDefault="00C1115A" w:rsidP="00C1115A">
      <w:pPr>
        <w:shd w:val="clear" w:color="auto" w:fill="FFFFFF"/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</w:pPr>
      <w:r w:rsidRPr="00452150"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ru-RU" w:eastAsia="ru-RU"/>
        </w:rPr>
        <w:t>2</w:t>
      </w:r>
      <w:r w:rsidRPr="00BE6B6B"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uk-UA" w:eastAsia="ru-RU"/>
        </w:rPr>
        <w:t xml:space="preserve">. </w:t>
      </w:r>
      <w:r w:rsidRPr="00BE6B6B"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uk-UA" w:eastAsia="ru-RU"/>
        </w:rPr>
        <w:tab/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Контактний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номер телефону</w:t>
      </w:r>
      <w:r w:rsidRPr="00C1115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:</w:t>
      </w:r>
      <w:r w:rsidRPr="00C1115A">
        <w:rPr>
          <w:rFonts w:ascii="Times New Roman" w:eastAsia="Times New Roman" w:hAnsi="Times New Roman" w:cs="Times New Roman"/>
          <w:b/>
          <w:color w:val="FF0000"/>
          <w:spacing w:val="3"/>
          <w:sz w:val="28"/>
          <w:szCs w:val="28"/>
          <w:u w:val="single"/>
          <w:lang w:val="ru-RU" w:eastAsia="ru-RU"/>
        </w:rPr>
        <w:t>*</w:t>
      </w:r>
      <w:r>
        <w:rPr>
          <w:rFonts w:ascii="Times New Roman" w:eastAsia="Times New Roman" w:hAnsi="Times New Roman" w:cs="Times New Roman"/>
          <w:color w:val="FF0000"/>
          <w:spacing w:val="3"/>
          <w:sz w:val="28"/>
          <w:szCs w:val="28"/>
          <w:lang w:val="uk-UA" w:eastAsia="ru-RU"/>
        </w:rPr>
        <w:t xml:space="preserve"> </w:t>
      </w:r>
      <w:r w:rsidRPr="003F462C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_______________________________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</w:t>
      </w:r>
      <w:r w:rsidRPr="003F462C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_____</w:t>
      </w:r>
    </w:p>
    <w:p w:rsidR="00C1115A" w:rsidRPr="00452150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</w:pPr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3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 xml:space="preserve">. 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Електронна адреса</w:t>
      </w:r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:</w:t>
      </w:r>
      <w:r w:rsidRPr="003F462C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 xml:space="preserve"> __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________</w:t>
      </w:r>
      <w:r w:rsidRPr="003F462C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_____________________________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</w:t>
      </w:r>
      <w:r w:rsidRPr="003F462C">
        <w:rPr>
          <w:rFonts w:ascii="Times New Roman" w:eastAsia="Times New Roman" w:hAnsi="Times New Roman" w:cs="Times New Roman"/>
          <w:spacing w:val="3"/>
          <w:sz w:val="28"/>
          <w:szCs w:val="28"/>
          <w:lang w:val="uk-UA" w:eastAsia="ru-RU"/>
        </w:rPr>
        <w:t>_____</w:t>
      </w:r>
    </w:p>
    <w:p w:rsidR="00C1115A" w:rsidRPr="00C1115A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4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 xml:space="preserve">. 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</w:r>
      <w:proofErr w:type="gram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Яке</w:t>
      </w:r>
      <w:proofErr w:type="gram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відношення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Ви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маєте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до громади:</w:t>
      </w:r>
      <w:r w:rsidRPr="00C1115A"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ru-RU" w:eastAsia="ru-RU"/>
        </w:rPr>
        <w:t>*</w:t>
      </w:r>
    </w:p>
    <w:p w:rsidR="00C1115A" w:rsidRPr="005978BD" w:rsidRDefault="00C1115A" w:rsidP="00C1115A">
      <w:pPr>
        <w:pStyle w:val="ae"/>
        <w:numPr>
          <w:ilvl w:val="0"/>
          <w:numId w:val="14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Мешканець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громади</w:t>
      </w:r>
    </w:p>
    <w:p w:rsidR="00C1115A" w:rsidRPr="005978BD" w:rsidRDefault="00C1115A" w:rsidP="00C1115A">
      <w:pPr>
        <w:pStyle w:val="ae"/>
        <w:numPr>
          <w:ilvl w:val="0"/>
          <w:numId w:val="14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Представник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бізнесу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установ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та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організацій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4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Представник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громадської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організації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4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Представник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органу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місцевого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самоврядування</w:t>
      </w:r>
      <w:proofErr w:type="spellEnd"/>
    </w:p>
    <w:p w:rsidR="00C1115A" w:rsidRPr="00C1115A" w:rsidRDefault="00C1115A" w:rsidP="00C1115A">
      <w:pPr>
        <w:pStyle w:val="ae"/>
        <w:numPr>
          <w:ilvl w:val="0"/>
          <w:numId w:val="14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</w:pP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Власник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нерухомості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(</w:t>
      </w:r>
      <w:proofErr w:type="gram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в</w:t>
      </w:r>
      <w:proofErr w:type="gram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тому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числі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земельної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ділянки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) на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території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громади</w:t>
      </w:r>
    </w:p>
    <w:p w:rsidR="00C1115A" w:rsidRPr="005978BD" w:rsidRDefault="00C1115A" w:rsidP="00C1115A">
      <w:pPr>
        <w:pStyle w:val="ae"/>
        <w:numPr>
          <w:ilvl w:val="0"/>
          <w:numId w:val="14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Потенційний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інвестор</w:t>
      </w:r>
      <w:proofErr w:type="spellEnd"/>
    </w:p>
    <w:p w:rsidR="00C1115A" w:rsidRPr="00452150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Інше</w:t>
      </w:r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  <w:r w:rsidRPr="003F462C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____________________________________________________________</w:t>
      </w:r>
    </w:p>
    <w:p w:rsidR="00C1115A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5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 xml:space="preserve">. 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</w:r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Щодо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якої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території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стосується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Ваша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пропозиція</w:t>
      </w:r>
      <w:proofErr w:type="spellEnd"/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?</w:t>
      </w:r>
      <w:r w:rsidRPr="00C1115A"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ru-RU" w:eastAsia="ru-RU"/>
        </w:rPr>
        <w:t>*</w:t>
      </w:r>
    </w:p>
    <w:p w:rsidR="00C1115A" w:rsidRPr="00BE6B6B" w:rsidRDefault="00C1115A" w:rsidP="00C1115A">
      <w:pPr>
        <w:spacing w:before="60" w:after="0" w:line="240" w:lineRule="auto"/>
        <w:ind w:left="709" w:hanging="28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f6"/>
          <w:rFonts w:ascii="e-Ukraine" w:hAnsi="e-Ukraine"/>
          <w:color w:val="333333"/>
          <w:sz w:val="28"/>
          <w:szCs w:val="28"/>
          <w:shd w:val="clear" w:color="auto" w:fill="FFFFFF"/>
          <w:lang w:val="uk-UA"/>
        </w:rPr>
        <w:t xml:space="preserve">Адміністративний центр </w:t>
      </w:r>
      <w:r w:rsidRPr="00BE6B6B">
        <w:rPr>
          <w:rStyle w:val="af6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Громади</w:t>
      </w:r>
    </w:p>
    <w:p w:rsidR="00C1115A" w:rsidRPr="00BE6B6B" w:rsidRDefault="00C1115A" w:rsidP="00C1115A">
      <w:pPr>
        <w:numPr>
          <w:ilvl w:val="0"/>
          <w:numId w:val="15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місто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Верхньодніпровськ</w:t>
      </w:r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BE6B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Дніпровськ</w:t>
      </w:r>
      <w:r w:rsidRPr="00BE6B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BE6B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</w:t>
      </w:r>
      <w:proofErr w:type="spellStart"/>
      <w:r w:rsidRPr="00BE6B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 w:rsidRPr="00BE6B6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15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E6B6B"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селище</w:t>
      </w:r>
      <w:r w:rsidRPr="00BE6B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Дніпровське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Новомиколаївськ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24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 xml:space="preserve">селище </w:t>
      </w:r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Новомиколаївка</w:t>
      </w:r>
    </w:p>
    <w:p w:rsidR="00C1115A" w:rsidRPr="003F462C" w:rsidRDefault="00C1115A" w:rsidP="00C1115A">
      <w:pPr>
        <w:numPr>
          <w:ilvl w:val="0"/>
          <w:numId w:val="24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Братське</w:t>
      </w:r>
      <w:proofErr w:type="spellEnd"/>
    </w:p>
    <w:p w:rsidR="00C1115A" w:rsidRPr="003F462C" w:rsidRDefault="00C1115A" w:rsidP="00C1115A">
      <w:pPr>
        <w:numPr>
          <w:ilvl w:val="0"/>
          <w:numId w:val="24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Воєводівка</w:t>
      </w:r>
    </w:p>
    <w:p w:rsidR="00C1115A" w:rsidRPr="003F462C" w:rsidRDefault="00C1115A" w:rsidP="00C1115A">
      <w:pPr>
        <w:numPr>
          <w:ilvl w:val="0"/>
          <w:numId w:val="24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Чепине</w:t>
      </w:r>
      <w:proofErr w:type="spellEnd"/>
    </w:p>
    <w:p w:rsidR="00C1115A" w:rsidRPr="003F462C" w:rsidRDefault="00C1115A" w:rsidP="00C1115A">
      <w:pPr>
        <w:numPr>
          <w:ilvl w:val="0"/>
          <w:numId w:val="24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Чубарівка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Першотравенськ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16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  <w:t>Богодарівка</w:t>
      </w:r>
      <w:proofErr w:type="spellEnd"/>
    </w:p>
    <w:p w:rsidR="00C1115A" w:rsidRPr="003F462C" w:rsidRDefault="00C1115A" w:rsidP="00C1115A">
      <w:pPr>
        <w:numPr>
          <w:ilvl w:val="0"/>
          <w:numId w:val="16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Новогригорівка</w:t>
      </w:r>
      <w:proofErr w:type="spellEnd"/>
    </w:p>
    <w:p w:rsidR="00C1115A" w:rsidRPr="003F462C" w:rsidRDefault="00C1115A" w:rsidP="00C1115A">
      <w:pPr>
        <w:numPr>
          <w:ilvl w:val="0"/>
          <w:numId w:val="16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Підлужжя</w:t>
      </w:r>
      <w:proofErr w:type="spellEnd"/>
    </w:p>
    <w:p w:rsidR="00C1115A" w:rsidRPr="003F462C" w:rsidRDefault="00C1115A" w:rsidP="00C1115A">
      <w:pPr>
        <w:numPr>
          <w:ilvl w:val="0"/>
          <w:numId w:val="16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Самоткань</w:t>
      </w:r>
    </w:p>
    <w:p w:rsidR="00C1115A" w:rsidRPr="003F462C" w:rsidRDefault="00C1115A" w:rsidP="00C1115A">
      <w:pPr>
        <w:numPr>
          <w:ilvl w:val="0"/>
          <w:numId w:val="16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Тарасівка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Боровківськ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17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Боровківка</w:t>
      </w:r>
      <w:proofErr w:type="spellEnd"/>
    </w:p>
    <w:p w:rsidR="00C1115A" w:rsidRPr="003F462C" w:rsidRDefault="00C1115A" w:rsidP="00C1115A">
      <w:pPr>
        <w:numPr>
          <w:ilvl w:val="0"/>
          <w:numId w:val="17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Авксенівка</w:t>
      </w:r>
      <w:proofErr w:type="spellEnd"/>
    </w:p>
    <w:p w:rsidR="00C1115A" w:rsidRPr="003F462C" w:rsidRDefault="00C1115A" w:rsidP="00C1115A">
      <w:pPr>
        <w:numPr>
          <w:ilvl w:val="0"/>
          <w:numId w:val="17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Вільні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Хутори</w:t>
      </w:r>
      <w:proofErr w:type="spellEnd"/>
    </w:p>
    <w:p w:rsidR="00C1115A" w:rsidRPr="003F462C" w:rsidRDefault="00C1115A" w:rsidP="00C1115A">
      <w:pPr>
        <w:numPr>
          <w:ilvl w:val="0"/>
          <w:numId w:val="17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Матюченкове</w:t>
      </w:r>
      <w:proofErr w:type="spellEnd"/>
    </w:p>
    <w:p w:rsidR="00C1115A" w:rsidRPr="003F462C" w:rsidRDefault="00C1115A" w:rsidP="00C1115A">
      <w:pPr>
        <w:numPr>
          <w:ilvl w:val="0"/>
          <w:numId w:val="17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Павло-Григорівка</w:t>
      </w:r>
      <w:proofErr w:type="spellEnd"/>
    </w:p>
    <w:p w:rsidR="00C1115A" w:rsidRPr="003F462C" w:rsidRDefault="00C1115A" w:rsidP="00C1115A">
      <w:pPr>
        <w:numPr>
          <w:ilvl w:val="0"/>
          <w:numId w:val="17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Ярок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Бородаївськ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18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Бородаївка</w:t>
      </w:r>
    </w:p>
    <w:p w:rsidR="00C1115A" w:rsidRPr="003F462C" w:rsidRDefault="00C1115A" w:rsidP="00C1115A">
      <w:pPr>
        <w:numPr>
          <w:ilvl w:val="0"/>
          <w:numId w:val="18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Правобережне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Водянськ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Водяне</w:t>
      </w:r>
      <w:proofErr w:type="spellEnd"/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Андріївка</w:t>
      </w:r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Діденкове</w:t>
      </w:r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Зелене</w:t>
      </w:r>
      <w:proofErr w:type="spellEnd"/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Зуботрясівка</w:t>
      </w:r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Кривоносове</w:t>
      </w:r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Миколаївка</w:t>
      </w:r>
      <w:proofErr w:type="spellEnd"/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Солов'ївка</w:t>
      </w:r>
      <w:proofErr w:type="spellEnd"/>
    </w:p>
    <w:p w:rsidR="00C1115A" w:rsidRPr="003F462C" w:rsidRDefault="00C1115A" w:rsidP="00C1115A">
      <w:pPr>
        <w:numPr>
          <w:ilvl w:val="0"/>
          <w:numId w:val="19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Томаківка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Ганнівськ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20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Ганнівка</w:t>
      </w:r>
      <w:proofErr w:type="spellEnd"/>
    </w:p>
    <w:p w:rsidR="00C1115A" w:rsidRPr="003F462C" w:rsidRDefault="00C1115A" w:rsidP="00C1115A">
      <w:pPr>
        <w:numPr>
          <w:ilvl w:val="0"/>
          <w:numId w:val="20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Заполички</w:t>
      </w:r>
    </w:p>
    <w:p w:rsidR="00C1115A" w:rsidRPr="003F462C" w:rsidRDefault="00C1115A" w:rsidP="00C1115A">
      <w:pPr>
        <w:numPr>
          <w:ilvl w:val="0"/>
          <w:numId w:val="20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Клин</w:t>
      </w:r>
      <w:proofErr w:type="spellEnd"/>
    </w:p>
    <w:p w:rsidR="00C1115A" w:rsidRPr="003F462C" w:rsidRDefault="00C1115A" w:rsidP="00C1115A">
      <w:pPr>
        <w:numPr>
          <w:ilvl w:val="0"/>
          <w:numId w:val="20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Мости</w:t>
      </w:r>
      <w:proofErr w:type="spellEnd"/>
    </w:p>
    <w:p w:rsidR="00C1115A" w:rsidRPr="003F462C" w:rsidRDefault="00C1115A" w:rsidP="00C1115A">
      <w:pPr>
        <w:numPr>
          <w:ilvl w:val="0"/>
          <w:numId w:val="20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Новоселівка</w:t>
      </w:r>
      <w:proofErr w:type="spellEnd"/>
    </w:p>
    <w:p w:rsidR="00C1115A" w:rsidRPr="003F462C" w:rsidRDefault="00C1115A" w:rsidP="00C1115A">
      <w:pPr>
        <w:numPr>
          <w:ilvl w:val="0"/>
          <w:numId w:val="20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Попівка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val="uk-UA"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Дніпровокам’янськ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21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Дніпровокам'янка</w:t>
      </w:r>
      <w:proofErr w:type="spellEnd"/>
    </w:p>
    <w:p w:rsidR="00C1115A" w:rsidRPr="003F462C" w:rsidRDefault="00C1115A" w:rsidP="00C1115A">
      <w:pPr>
        <w:numPr>
          <w:ilvl w:val="0"/>
          <w:numId w:val="21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Івашкове</w:t>
      </w:r>
      <w:proofErr w:type="spellEnd"/>
    </w:p>
    <w:p w:rsidR="00C1115A" w:rsidRPr="003F462C" w:rsidRDefault="00C1115A" w:rsidP="00C1115A">
      <w:pPr>
        <w:numPr>
          <w:ilvl w:val="0"/>
          <w:numId w:val="21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Калужине</w:t>
      </w:r>
      <w:proofErr w:type="spellEnd"/>
    </w:p>
    <w:p w:rsidR="00C1115A" w:rsidRPr="003F462C" w:rsidRDefault="00C1115A" w:rsidP="00C1115A">
      <w:pPr>
        <w:numPr>
          <w:ilvl w:val="0"/>
          <w:numId w:val="21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Павлівка</w:t>
      </w:r>
      <w:proofErr w:type="spellEnd"/>
    </w:p>
    <w:p w:rsidR="00C1115A" w:rsidRPr="003F462C" w:rsidRDefault="00C1115A" w:rsidP="00C1115A">
      <w:pPr>
        <w:numPr>
          <w:ilvl w:val="0"/>
          <w:numId w:val="21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Суслівка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Зарічанськ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22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Заріччя</w:t>
      </w:r>
      <w:proofErr w:type="spellEnd"/>
    </w:p>
    <w:p w:rsidR="00C1115A" w:rsidRPr="003F462C" w:rsidRDefault="00C1115A" w:rsidP="00C1115A">
      <w:pPr>
        <w:numPr>
          <w:ilvl w:val="0"/>
          <w:numId w:val="22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Бородаївські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Хутори</w:t>
      </w:r>
      <w:proofErr w:type="spellEnd"/>
    </w:p>
    <w:p w:rsidR="00C1115A" w:rsidRPr="003F462C" w:rsidRDefault="00C1115A" w:rsidP="00C1115A">
      <w:pPr>
        <w:numPr>
          <w:ilvl w:val="0"/>
          <w:numId w:val="22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Василівка</w:t>
      </w:r>
      <w:proofErr w:type="spellEnd"/>
    </w:p>
    <w:p w:rsidR="00C1115A" w:rsidRPr="003F462C" w:rsidRDefault="00C1115A" w:rsidP="00C1115A">
      <w:pPr>
        <w:numPr>
          <w:ilvl w:val="0"/>
          <w:numId w:val="22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Домоткань</w:t>
      </w:r>
      <w:proofErr w:type="spellEnd"/>
    </w:p>
    <w:p w:rsidR="00C1115A" w:rsidRPr="003F462C" w:rsidRDefault="00C1115A" w:rsidP="00C1115A">
      <w:pPr>
        <w:numPr>
          <w:ilvl w:val="0"/>
          <w:numId w:val="22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Корнило-Наталівка</w:t>
      </w:r>
      <w:proofErr w:type="spellEnd"/>
    </w:p>
    <w:p w:rsidR="00C1115A" w:rsidRPr="003F462C" w:rsidRDefault="00C1115A" w:rsidP="00C1115A">
      <w:pPr>
        <w:numPr>
          <w:ilvl w:val="0"/>
          <w:numId w:val="22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cело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Якимівка</w:t>
      </w:r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Мишурино-Різьк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23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Мишурин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Ріг</w:t>
      </w:r>
      <w:proofErr w:type="spellEnd"/>
    </w:p>
    <w:p w:rsidR="00C1115A" w:rsidRPr="003F462C" w:rsidRDefault="00C1115A" w:rsidP="00C1115A">
      <w:p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Пушкарівськ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ий</w:t>
      </w:r>
      <w:proofErr w:type="spellEnd"/>
      <w:r w:rsidRPr="003F46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>старостинський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округ</w:t>
      </w:r>
    </w:p>
    <w:p w:rsidR="00C1115A" w:rsidRPr="003F462C" w:rsidRDefault="00C1115A" w:rsidP="00C1115A">
      <w:pPr>
        <w:numPr>
          <w:ilvl w:val="0"/>
          <w:numId w:val="25"/>
        </w:numPr>
        <w:spacing w:before="60" w:after="0" w:line="240" w:lineRule="auto"/>
        <w:ind w:left="709" w:hanging="28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село</w:t>
      </w:r>
      <w:proofErr w:type="spellEnd"/>
      <w:r w:rsidRPr="003F46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Пушкарівка</w:t>
      </w:r>
    </w:p>
    <w:p w:rsidR="00C1115A" w:rsidRPr="00C1115A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6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 xml:space="preserve">. 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</w:r>
      <w:proofErr w:type="gram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До</w:t>
      </w:r>
      <w:proofErr w:type="gram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якої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сфери діяльності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відноситься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Ваша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пропозиція</w:t>
      </w:r>
      <w:proofErr w:type="spellEnd"/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?</w:t>
      </w:r>
      <w:r w:rsidRPr="00C1115A"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ru-RU" w:eastAsia="ru-RU"/>
        </w:rPr>
        <w:t>*</w:t>
      </w:r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Освіта</w:t>
      </w:r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Охорона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здоров'я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Виробництво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Туризм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та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рекреація</w:t>
      </w:r>
      <w:proofErr w:type="spellEnd"/>
    </w:p>
    <w:p w:rsidR="00C1115A" w:rsidRPr="00C1115A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</w:pP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Озеленення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(парки,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сквери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і т.п.)</w:t>
      </w:r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Охорона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довкілля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Житлове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будівництво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Транспорт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Інженерне забезпечення</w:t>
      </w:r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Благоустрій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Поводження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з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відходами</w:t>
      </w:r>
      <w:proofErr w:type="spellEnd"/>
    </w:p>
    <w:p w:rsidR="00C1115A" w:rsidRPr="005978BD" w:rsidRDefault="00C1115A" w:rsidP="00C1115A">
      <w:pPr>
        <w:pStyle w:val="ae"/>
        <w:numPr>
          <w:ilvl w:val="0"/>
          <w:numId w:val="12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Інше</w:t>
      </w:r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  <w:r w:rsidRPr="003F462C"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____________________________________________________________</w:t>
      </w:r>
    </w:p>
    <w:p w:rsidR="00C1115A" w:rsidRPr="005978BD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7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 xml:space="preserve">. 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</w:r>
      <w:proofErr w:type="spellStart"/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eastAsia="ru-RU"/>
        </w:rPr>
        <w:t>Ваша</w:t>
      </w:r>
      <w:proofErr w:type="spellEnd"/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eastAsia="ru-RU"/>
        </w:rPr>
        <w:t xml:space="preserve"> </w:t>
      </w:r>
      <w:proofErr w:type="spellStart"/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eastAsia="ru-RU"/>
        </w:rPr>
        <w:t>пропозиція</w:t>
      </w:r>
      <w:proofErr w:type="spellEnd"/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eastAsia="ru-RU"/>
        </w:rPr>
        <w:t xml:space="preserve"> </w:t>
      </w:r>
      <w:proofErr w:type="spellStart"/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eastAsia="ru-RU"/>
        </w:rPr>
        <w:t>пов’язана</w:t>
      </w:r>
      <w:proofErr w:type="spellEnd"/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eastAsia="ru-RU"/>
        </w:rPr>
        <w:t xml:space="preserve"> з:</w:t>
      </w:r>
      <w:r w:rsidRPr="00BE6B6B"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eastAsia="ru-RU"/>
        </w:rPr>
        <w:t>*</w:t>
      </w:r>
    </w:p>
    <w:p w:rsidR="00C1115A" w:rsidRPr="005978BD" w:rsidRDefault="00C1115A" w:rsidP="00C1115A">
      <w:pPr>
        <w:pStyle w:val="ae"/>
        <w:numPr>
          <w:ilvl w:val="0"/>
          <w:numId w:val="13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Створенням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нових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об’єктів</w:t>
      </w:r>
    </w:p>
    <w:p w:rsidR="00C1115A" w:rsidRPr="005978BD" w:rsidRDefault="00C1115A" w:rsidP="00C1115A">
      <w:pPr>
        <w:pStyle w:val="ae"/>
        <w:numPr>
          <w:ilvl w:val="0"/>
          <w:numId w:val="13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Перепрофілюванням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існуючих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об’єктів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або</w:t>
      </w:r>
      <w:proofErr w:type="spellEnd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територій</w:t>
      </w:r>
      <w:proofErr w:type="spellEnd"/>
    </w:p>
    <w:p w:rsidR="00C1115A" w:rsidRPr="00C1115A" w:rsidRDefault="00C1115A" w:rsidP="00C1115A">
      <w:pPr>
        <w:pStyle w:val="ae"/>
        <w:numPr>
          <w:ilvl w:val="0"/>
          <w:numId w:val="13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</w:pP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Вирішенням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проблеми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, яка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існує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на </w:t>
      </w:r>
      <w:proofErr w:type="spellStart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території</w:t>
      </w:r>
      <w:proofErr w:type="spellEnd"/>
      <w:r w:rsidRPr="00C1115A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громади</w:t>
      </w:r>
    </w:p>
    <w:p w:rsidR="00C1115A" w:rsidRPr="005978BD" w:rsidRDefault="00C1115A" w:rsidP="00C1115A">
      <w:pPr>
        <w:pStyle w:val="ae"/>
        <w:numPr>
          <w:ilvl w:val="0"/>
          <w:numId w:val="13"/>
        </w:numPr>
        <w:shd w:val="clear" w:color="auto" w:fill="FFFFFF"/>
        <w:spacing w:before="60" w:after="0" w:line="240" w:lineRule="auto"/>
        <w:ind w:hanging="295"/>
        <w:contextualSpacing w:val="0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Інше</w:t>
      </w:r>
      <w:r w:rsidRPr="005978B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 xml:space="preserve"> ____________________________________________________________</w:t>
      </w:r>
    </w:p>
    <w:p w:rsidR="00C1115A" w:rsidRPr="00BE6B6B" w:rsidRDefault="00C1115A" w:rsidP="00C1115A">
      <w:pPr>
        <w:shd w:val="clear" w:color="auto" w:fill="FFFFFF"/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8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 xml:space="preserve">.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Вкажіть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місцезнаходження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(адресу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або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орієнтир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),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якого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стосується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Ваша 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п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ропозиція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:</w:t>
      </w:r>
      <w:r w:rsidRPr="00C1115A"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ru-RU" w:eastAsia="ru-RU"/>
        </w:rPr>
        <w:t>*</w:t>
      </w:r>
    </w:p>
    <w:p w:rsidR="00C1115A" w:rsidRPr="005978BD" w:rsidRDefault="00C1115A" w:rsidP="00C1115A">
      <w:pPr>
        <w:shd w:val="clear" w:color="auto" w:fill="FFFFFF"/>
        <w:spacing w:before="120" w:after="0" w:line="240" w:lineRule="auto"/>
        <w:ind w:left="426"/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___________________________________________________________________</w:t>
      </w:r>
    </w:p>
    <w:p w:rsidR="00C1115A" w:rsidRPr="00BE6B6B" w:rsidRDefault="00C1115A" w:rsidP="00C1115A">
      <w:pPr>
        <w:shd w:val="clear" w:color="auto" w:fill="FFFFFF"/>
        <w:spacing w:before="120" w:after="0" w:line="240" w:lineRule="auto"/>
        <w:ind w:left="425" w:hanging="425"/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9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 xml:space="preserve">. 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</w:r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Опишіть Вашу пропозицію</w:t>
      </w:r>
      <w:r w:rsidRPr="00C1115A"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uk-UA" w:eastAsia="ru-RU"/>
        </w:rPr>
        <w:t>*</w:t>
      </w:r>
    </w:p>
    <w:p w:rsidR="00C1115A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___________________________________________________________________</w:t>
      </w:r>
    </w:p>
    <w:p w:rsidR="00C1115A" w:rsidRPr="00BE6B6B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</w:pP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 xml:space="preserve">10. 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  <w:t>Якщо пропозиція надається від імені юридичної особи, вкажіть її повну назву та ЄДРПОУ:</w:t>
      </w:r>
    </w:p>
    <w:p w:rsidR="00C1115A" w:rsidRPr="005978BD" w:rsidRDefault="00C1115A" w:rsidP="00C1115A">
      <w:pPr>
        <w:shd w:val="clear" w:color="auto" w:fill="FFFFFF"/>
        <w:spacing w:before="120" w:after="0" w:line="240" w:lineRule="auto"/>
        <w:ind w:left="426"/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___________________________________________________________________</w:t>
      </w:r>
    </w:p>
    <w:p w:rsidR="00C1115A" w:rsidRPr="00BE6B6B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</w:pP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11.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  <w:t>Якщо пропозиція надається від органу самоорганізації населення (без статусу юридичної особи), вкажіть її назву та місцезнаходження:</w:t>
      </w:r>
    </w:p>
    <w:p w:rsidR="00C1115A" w:rsidRPr="005978BD" w:rsidRDefault="00C1115A" w:rsidP="00C1115A">
      <w:pPr>
        <w:shd w:val="clear" w:color="auto" w:fill="FFFFFF"/>
        <w:spacing w:before="120" w:after="0" w:line="240" w:lineRule="auto"/>
        <w:ind w:left="425"/>
        <w:rPr>
          <w:rFonts w:ascii="Times New Roman" w:eastAsia="Times New Roman" w:hAnsi="Times New Roman" w:cs="Times New Roman"/>
          <w:color w:val="1F1F1F"/>
          <w:spacing w:val="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uk-UA" w:eastAsia="ru-RU"/>
        </w:rPr>
        <w:t>___________________________________________________________________</w:t>
      </w:r>
    </w:p>
    <w:p w:rsidR="00C1115A" w:rsidRPr="00C1115A" w:rsidRDefault="00C1115A" w:rsidP="00C1115A">
      <w:pPr>
        <w:shd w:val="clear" w:color="auto" w:fill="FFFFFF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b/>
          <w:color w:val="1F1F1F"/>
          <w:spacing w:val="3"/>
          <w:sz w:val="28"/>
          <w:szCs w:val="28"/>
          <w:u w:val="single"/>
          <w:lang w:val="ru-RU" w:eastAsia="ru-RU"/>
        </w:rPr>
      </w:pP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>12.</w:t>
      </w:r>
      <w:r w:rsidRPr="00BE6B6B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uk-UA" w:eastAsia="ru-RU"/>
        </w:rPr>
        <w:tab/>
      </w:r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Надаю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згоду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на обробку </w:t>
      </w:r>
      <w:proofErr w:type="spellStart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>моїх</w:t>
      </w:r>
      <w:proofErr w:type="spellEnd"/>
      <w:r w:rsidRPr="00C1115A">
        <w:rPr>
          <w:rFonts w:ascii="Times New Roman" w:eastAsia="Times New Roman" w:hAnsi="Times New Roman" w:cs="Times New Roman"/>
          <w:b/>
          <w:color w:val="1F1F1F"/>
          <w:sz w:val="28"/>
          <w:szCs w:val="28"/>
          <w:u w:val="single"/>
          <w:lang w:val="ru-RU" w:eastAsia="ru-RU"/>
        </w:rPr>
        <w:t xml:space="preserve"> персональних даних:</w:t>
      </w:r>
      <w:r w:rsidRPr="00C1115A">
        <w:rPr>
          <w:rFonts w:ascii="Times New Roman" w:eastAsia="Times New Roman" w:hAnsi="Times New Roman" w:cs="Times New Roman"/>
          <w:b/>
          <w:color w:val="DB372D"/>
          <w:spacing w:val="3"/>
          <w:sz w:val="28"/>
          <w:szCs w:val="28"/>
          <w:u w:val="single"/>
          <w:lang w:val="ru-RU" w:eastAsia="ru-RU"/>
        </w:rPr>
        <w:t>*</w:t>
      </w:r>
    </w:p>
    <w:p w:rsidR="00C1115A" w:rsidRPr="005978BD" w:rsidRDefault="00C1115A" w:rsidP="00C1115A">
      <w:pPr>
        <w:shd w:val="clear" w:color="auto" w:fill="FFFFFF"/>
        <w:spacing w:before="120" w:after="0" w:line="240" w:lineRule="auto"/>
        <w:ind w:firstLine="426"/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eastAsia="ru-RU"/>
        </w:rPr>
      </w:pPr>
      <w:proofErr w:type="spellStart"/>
      <w:r w:rsidRPr="003F462C">
        <w:rPr>
          <w:rFonts w:ascii="Times New Roman" w:eastAsia="Times New Roman" w:hAnsi="Times New Roman" w:cs="Times New Roman"/>
          <w:color w:val="1F1F1F"/>
          <w:sz w:val="28"/>
          <w:szCs w:val="28"/>
          <w:u w:val="single"/>
          <w:lang w:eastAsia="ru-RU"/>
        </w:rPr>
        <w:t>Так</w:t>
      </w:r>
      <w:proofErr w:type="spellEnd"/>
    </w:p>
    <w:p w:rsidR="00C1115A" w:rsidRDefault="00C1115A" w:rsidP="00C1115A">
      <w:pPr>
        <w:spacing w:before="120" w:after="0" w:line="240" w:lineRule="auto"/>
        <w:rPr>
          <w:rStyle w:val="af6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</w:p>
    <w:p w:rsidR="00C1115A" w:rsidRDefault="00C1115A" w:rsidP="00C1115A">
      <w:pPr>
        <w:spacing w:before="120" w:after="0" w:line="240" w:lineRule="auto"/>
        <w:rPr>
          <w:rStyle w:val="af6"/>
          <w:rFonts w:ascii="e-Ukraine" w:hAnsi="e-Ukraine"/>
          <w:color w:val="333333"/>
          <w:sz w:val="28"/>
          <w:szCs w:val="28"/>
          <w:shd w:val="clear" w:color="auto" w:fill="FFFFFF"/>
          <w:lang w:val="uk-UA"/>
        </w:rPr>
      </w:pPr>
      <w:r w:rsidRPr="00452150">
        <w:rPr>
          <w:rStyle w:val="af6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Д</w:t>
      </w:r>
      <w:r>
        <w:rPr>
          <w:rStyle w:val="af6"/>
          <w:rFonts w:ascii="e-Ukraine" w:hAnsi="e-Ukraine"/>
          <w:color w:val="333333"/>
          <w:sz w:val="28"/>
          <w:szCs w:val="28"/>
          <w:shd w:val="clear" w:color="auto" w:fill="FFFFFF"/>
          <w:lang w:val="uk-UA"/>
        </w:rPr>
        <w:t>ата заповнення _______________</w:t>
      </w:r>
      <w:r>
        <w:rPr>
          <w:rStyle w:val="af6"/>
          <w:rFonts w:ascii="e-Ukraine" w:hAnsi="e-Ukraine"/>
          <w:color w:val="333333"/>
          <w:sz w:val="28"/>
          <w:szCs w:val="28"/>
          <w:shd w:val="clear" w:color="auto" w:fill="FFFFFF"/>
          <w:lang w:val="uk-UA"/>
        </w:rPr>
        <w:tab/>
      </w:r>
      <w:r>
        <w:rPr>
          <w:rStyle w:val="af6"/>
          <w:rFonts w:ascii="e-Ukraine" w:hAnsi="e-Ukraine"/>
          <w:color w:val="333333"/>
          <w:sz w:val="28"/>
          <w:szCs w:val="28"/>
          <w:shd w:val="clear" w:color="auto" w:fill="FFFFFF"/>
          <w:lang w:val="uk-UA"/>
        </w:rPr>
        <w:tab/>
      </w:r>
      <w:r>
        <w:rPr>
          <w:rStyle w:val="af6"/>
          <w:rFonts w:ascii="e-Ukraine" w:hAnsi="e-Ukraine"/>
          <w:color w:val="333333"/>
          <w:sz w:val="28"/>
          <w:szCs w:val="28"/>
          <w:shd w:val="clear" w:color="auto" w:fill="FFFFFF"/>
          <w:lang w:val="uk-UA"/>
        </w:rPr>
        <w:tab/>
      </w:r>
      <w:r>
        <w:rPr>
          <w:rStyle w:val="af6"/>
          <w:rFonts w:ascii="e-Ukraine" w:hAnsi="e-Ukraine"/>
          <w:color w:val="333333"/>
          <w:sz w:val="28"/>
          <w:szCs w:val="28"/>
          <w:shd w:val="clear" w:color="auto" w:fill="FFFFFF"/>
          <w:lang w:val="uk-UA"/>
        </w:rPr>
        <w:tab/>
        <w:t>Підпис_____________</w:t>
      </w:r>
    </w:p>
    <w:p w:rsidR="00C1115A" w:rsidRPr="003F462C" w:rsidRDefault="00C1115A" w:rsidP="00C1115A">
      <w:pPr>
        <w:tabs>
          <w:tab w:val="left" w:pos="4275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1115A" w:rsidRPr="00F64F42" w:rsidRDefault="00C1115A" w:rsidP="00241547">
      <w:pPr>
        <w:spacing w:before="60" w:after="0" w:line="240" w:lineRule="auto"/>
        <w:ind w:left="425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1115A" w:rsidRPr="00F64F42" w:rsidSect="003C6903">
      <w:pgSz w:w="12240" w:h="15840"/>
      <w:pgMar w:top="284" w:right="616" w:bottom="284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e-Ukrain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2510"/>
        </w:tabs>
        <w:ind w:left="251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056EAC6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BBD73D5"/>
    <w:multiLevelType w:val="multilevel"/>
    <w:tmpl w:val="026E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C764ED9"/>
    <w:multiLevelType w:val="hybridMultilevel"/>
    <w:tmpl w:val="5BF65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F7112A"/>
    <w:multiLevelType w:val="multilevel"/>
    <w:tmpl w:val="32BC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09119A"/>
    <w:multiLevelType w:val="multilevel"/>
    <w:tmpl w:val="0D64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3666DE"/>
    <w:multiLevelType w:val="multilevel"/>
    <w:tmpl w:val="4228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0E01F5"/>
    <w:multiLevelType w:val="hybridMultilevel"/>
    <w:tmpl w:val="AB5EA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7343E"/>
    <w:multiLevelType w:val="multilevel"/>
    <w:tmpl w:val="FA62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017492"/>
    <w:multiLevelType w:val="multilevel"/>
    <w:tmpl w:val="C072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B57337"/>
    <w:multiLevelType w:val="multilevel"/>
    <w:tmpl w:val="C84A6C24"/>
    <w:lvl w:ilvl="0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343655"/>
    <w:multiLevelType w:val="multilevel"/>
    <w:tmpl w:val="3CBC7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365F8C"/>
    <w:multiLevelType w:val="multilevel"/>
    <w:tmpl w:val="9F7C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A13440"/>
    <w:multiLevelType w:val="multilevel"/>
    <w:tmpl w:val="7B82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6E3757"/>
    <w:multiLevelType w:val="hybridMultilevel"/>
    <w:tmpl w:val="78E20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266517"/>
    <w:multiLevelType w:val="multilevel"/>
    <w:tmpl w:val="E1A05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826CE3"/>
    <w:multiLevelType w:val="multilevel"/>
    <w:tmpl w:val="291C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DB54AE5"/>
    <w:multiLevelType w:val="multilevel"/>
    <w:tmpl w:val="E804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7"/>
  </w:num>
  <w:num w:numId="12">
    <w:abstractNumId w:val="21"/>
  </w:num>
  <w:num w:numId="13">
    <w:abstractNumId w:val="14"/>
  </w:num>
  <w:num w:numId="14">
    <w:abstractNumId w:val="10"/>
  </w:num>
  <w:num w:numId="15">
    <w:abstractNumId w:val="19"/>
  </w:num>
  <w:num w:numId="16">
    <w:abstractNumId w:val="20"/>
  </w:num>
  <w:num w:numId="17">
    <w:abstractNumId w:val="9"/>
  </w:num>
  <w:num w:numId="18">
    <w:abstractNumId w:val="12"/>
  </w:num>
  <w:num w:numId="19">
    <w:abstractNumId w:val="11"/>
  </w:num>
  <w:num w:numId="20">
    <w:abstractNumId w:val="13"/>
  </w:num>
  <w:num w:numId="21">
    <w:abstractNumId w:val="15"/>
  </w:num>
  <w:num w:numId="22">
    <w:abstractNumId w:val="24"/>
  </w:num>
  <w:num w:numId="23">
    <w:abstractNumId w:val="22"/>
  </w:num>
  <w:num w:numId="24">
    <w:abstractNumId w:val="1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450F"/>
    <w:rsid w:val="0015074B"/>
    <w:rsid w:val="0019371D"/>
    <w:rsid w:val="001B0117"/>
    <w:rsid w:val="001F1F61"/>
    <w:rsid w:val="00241547"/>
    <w:rsid w:val="0029639D"/>
    <w:rsid w:val="00326F90"/>
    <w:rsid w:val="00340D69"/>
    <w:rsid w:val="00394476"/>
    <w:rsid w:val="003C6903"/>
    <w:rsid w:val="003E7B6D"/>
    <w:rsid w:val="00504E63"/>
    <w:rsid w:val="00744B15"/>
    <w:rsid w:val="0082468C"/>
    <w:rsid w:val="008D720C"/>
    <w:rsid w:val="00911E6C"/>
    <w:rsid w:val="00A305EA"/>
    <w:rsid w:val="00A7551D"/>
    <w:rsid w:val="00AA1D8D"/>
    <w:rsid w:val="00B47730"/>
    <w:rsid w:val="00C1115A"/>
    <w:rsid w:val="00CB0664"/>
    <w:rsid w:val="00E340D3"/>
    <w:rsid w:val="00E96A14"/>
    <w:rsid w:val="00EB58D9"/>
    <w:rsid w:val="00F52921"/>
    <w:rsid w:val="00F63114"/>
    <w:rsid w:val="00F638DE"/>
    <w:rsid w:val="00F64F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inqyif">
    <w:name w:val="inqyif"/>
    <w:basedOn w:val="a2"/>
    <w:rsid w:val="00F63114"/>
  </w:style>
  <w:style w:type="character" w:styleId="aff8">
    <w:name w:val="Hyperlink"/>
    <w:basedOn w:val="a2"/>
    <w:uiPriority w:val="99"/>
    <w:unhideWhenUsed/>
    <w:rsid w:val="000645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inqyif">
    <w:name w:val="inqyif"/>
    <w:basedOn w:val="a2"/>
    <w:rsid w:val="00F63114"/>
  </w:style>
  <w:style w:type="character" w:styleId="aff8">
    <w:name w:val="Hyperlink"/>
    <w:basedOn w:val="a2"/>
    <w:uiPriority w:val="99"/>
    <w:unhideWhenUsed/>
    <w:rsid w:val="000645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93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89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1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287CD2-4103-4405-93FA-D150FD8E4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3</cp:revision>
  <cp:lastPrinted>2026-10-28T13:27:00Z</cp:lastPrinted>
  <dcterms:created xsi:type="dcterms:W3CDTF">2026-10-28T14:38:00Z</dcterms:created>
  <dcterms:modified xsi:type="dcterms:W3CDTF">2026-10-28T14:38:00Z</dcterms:modified>
</cp:coreProperties>
</file>